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P="22EBE894" w14:paraId="77A8F07E" wp14:textId="77777777">
      <w:pPr>
        <w:jc w:val="center"/>
      </w:pPr>
      <w:r w:rsidRPr="22EBE894" w:rsidR="22EBE894">
        <w:rPr>
          <w:b w:val="1"/>
          <w:bCs w:val="1"/>
        </w:rPr>
        <w:t>Windy Nook Primary School</w:t>
      </w:r>
      <w:r w:rsidR="22EBE894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1BCF8BEA" wp14:anchorId="68088A68">
            <wp:simplePos x="0" y="0"/>
            <wp:positionH relativeFrom="column">
              <wp:posOffset>5981700</wp:posOffset>
            </wp:positionH>
            <wp:positionV relativeFrom="paragraph">
              <wp:posOffset>-47625</wp:posOffset>
            </wp:positionV>
            <wp:extent cx="942975" cy="809625"/>
            <wp:effectExtent l="0" t="0" r="0" b="0"/>
            <wp:wrapNone/>
            <wp:docPr id="93717358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63599229" name="Picture 663599229"/>
                    <pic:cNvPicPr/>
                  </pic:nvPicPr>
                  <pic:blipFill>
                    <a:blip xmlns:r="http://schemas.openxmlformats.org/officeDocument/2006/relationships" r:embed="rId11913844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2EBE894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6D397A8C" wp14:anchorId="7616266A">
            <wp:simplePos x="0" y="0"/>
            <wp:positionH relativeFrom="column">
              <wp:posOffset>-19050</wp:posOffset>
            </wp:positionH>
            <wp:positionV relativeFrom="paragraph">
              <wp:posOffset>-28575</wp:posOffset>
            </wp:positionV>
            <wp:extent cx="942975" cy="809625"/>
            <wp:effectExtent l="0" t="0" r="0" b="0"/>
            <wp:wrapNone/>
            <wp:docPr id="66359922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63599229" name="Picture 663599229"/>
                    <pic:cNvPicPr/>
                  </pic:nvPicPr>
                  <pic:blipFill>
                    <a:blip xmlns:r="http://schemas.openxmlformats.org/officeDocument/2006/relationships" r:embed="rId11913844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P="22EBE894" w14:paraId="5A19C1C9" wp14:textId="5B1E16B7">
      <w:pPr>
        <w:pStyle w:val="Normal"/>
        <w:jc w:val="center"/>
        <w:rPr>
          <w:b w:val="1"/>
          <w:bCs w:val="1"/>
        </w:rPr>
      </w:pPr>
      <w:r w:rsidRPr="22EBE894" w:rsidR="22EBE894">
        <w:rPr>
          <w:b w:val="1"/>
          <w:bCs w:val="1"/>
        </w:rPr>
        <w:t>Early Years / Key Stage 1</w:t>
      </w:r>
      <w:r>
        <w:br/>
      </w:r>
      <w:r w:rsidRPr="22EBE894" w:rsidR="22EBE894">
        <w:rPr>
          <w:b w:val="1"/>
          <w:bCs w:val="1"/>
        </w:rPr>
        <w:t>Acceptable Use Policy (AUP)</w:t>
      </w:r>
    </w:p>
    <w:p xmlns:wp14="http://schemas.microsoft.com/office/word/2010/wordml" w14:paraId="5F80DC5D" wp14:textId="05E2C337">
      <w:r w:rsidR="22EBE894">
        <w:rPr/>
        <w:t>We use technology to learn and have fun. We make good choices when we use computers, iPads and the internet.</w:t>
      </w:r>
    </w:p>
    <w:p xmlns:wp14="http://schemas.microsoft.com/office/word/2010/wordml" w14:paraId="5254774C" wp14:textId="770B0360">
      <w:r w:rsidRPr="22EBE894" w:rsidR="22EBE894">
        <w:rPr>
          <w:b w:val="1"/>
          <w:bCs w:val="1"/>
        </w:rPr>
        <w:t>Be Ready</w:t>
      </w:r>
    </w:p>
    <w:p xmlns:wp14="http://schemas.microsoft.com/office/word/2010/wordml" w14:paraId="3CC055F4" wp14:textId="77777777">
      <w:pPr>
        <w:pStyle w:val="ListBullet"/>
      </w:pPr>
      <w:r>
        <w:t>I use technology to help me learn.</w:t>
      </w:r>
    </w:p>
    <w:p xmlns:wp14="http://schemas.microsoft.com/office/word/2010/wordml" w14:paraId="44F0119A" wp14:textId="77777777">
      <w:pPr>
        <w:pStyle w:val="ListBullet"/>
      </w:pPr>
      <w:r>
        <w:t>I listen to my teacher.</w:t>
      </w:r>
    </w:p>
    <w:p xmlns:wp14="http://schemas.microsoft.com/office/word/2010/wordml" w14:paraId="05291B93" wp14:textId="77777777">
      <w:pPr>
        <w:pStyle w:val="ListBullet"/>
      </w:pPr>
      <w:r>
        <w:t>I look after school devices.</w:t>
      </w:r>
    </w:p>
    <w:p xmlns:wp14="http://schemas.microsoft.com/office/word/2010/wordml" w14:paraId="02D2C4DF" wp14:textId="364CC299">
      <w:r>
        <w:br/>
      </w:r>
      <w:r w:rsidRPr="22EBE894" w:rsidR="22EBE894">
        <w:rPr>
          <w:b w:val="1"/>
          <w:bCs w:val="1"/>
        </w:rPr>
        <w:t>Be Respectful</w:t>
      </w:r>
    </w:p>
    <w:p xmlns:wp14="http://schemas.microsoft.com/office/word/2010/wordml" w14:paraId="31655266" wp14:textId="77777777">
      <w:pPr>
        <w:pStyle w:val="ListBullet"/>
      </w:pPr>
      <w:r>
        <w:t>I am kind when I am online.</w:t>
      </w:r>
    </w:p>
    <w:p xmlns:wp14="http://schemas.microsoft.com/office/word/2010/wordml" w14:paraId="4EE429E0" wp14:textId="77777777">
      <w:pPr>
        <w:pStyle w:val="ListBullet"/>
      </w:pPr>
      <w:r>
        <w:t>I ask before taking photos or videos.</w:t>
      </w:r>
    </w:p>
    <w:p xmlns:wp14="http://schemas.microsoft.com/office/word/2010/wordml" w14:paraId="7CA333BE" wp14:textId="77777777">
      <w:pPr>
        <w:pStyle w:val="ListBullet"/>
      </w:pPr>
      <w:r>
        <w:t>I use kind words.</w:t>
      </w:r>
    </w:p>
    <w:p xmlns:wp14="http://schemas.microsoft.com/office/word/2010/wordml" w14:paraId="66C1B760" wp14:textId="77777777">
      <w:r>
        <w:rPr>
          <w:b/>
        </w:rPr>
        <w:br/>
      </w:r>
      <w:r>
        <w:rPr>
          <w:b/>
        </w:rPr>
        <w:t>Be Safe</w:t>
      </w:r>
    </w:p>
    <w:p xmlns:wp14="http://schemas.microsoft.com/office/word/2010/wordml" w14:paraId="7DDF4592" wp14:textId="77777777">
      <w:pPr>
        <w:pStyle w:val="ListBullet"/>
      </w:pPr>
      <w:r>
        <w:t>I only use apps and games my teacher says I can.</w:t>
      </w:r>
    </w:p>
    <w:p xmlns:wp14="http://schemas.microsoft.com/office/word/2010/wordml" w14:paraId="709B317B" wp14:textId="77777777">
      <w:pPr>
        <w:pStyle w:val="ListBullet"/>
      </w:pPr>
      <w:r>
        <w:t>I keep my information private.</w:t>
      </w:r>
    </w:p>
    <w:p xmlns:wp14="http://schemas.microsoft.com/office/word/2010/wordml" w14:paraId="5E90109A" wp14:textId="77777777">
      <w:pPr>
        <w:pStyle w:val="ListBullet"/>
      </w:pPr>
      <w:r>
        <w:t>I tell an adult if something worries me.</w:t>
      </w:r>
    </w:p>
    <w:p xmlns:wp14="http://schemas.microsoft.com/office/word/2010/wordml" w14:paraId="6CD3EA33" wp14:textId="77777777">
      <w:pPr>
        <w:pStyle w:val="ListBullet"/>
      </w:pPr>
      <w:r>
        <w:t>I think before I click.</w:t>
      </w:r>
    </w:p>
    <w:p xmlns:wp14="http://schemas.microsoft.com/office/word/2010/wordml" w14:paraId="50556B82" wp14:textId="77777777">
      <w:r>
        <w:rPr>
          <w:b/>
        </w:rPr>
        <w:br/>
      </w:r>
      <w:r>
        <w:rPr>
          <w:b/>
        </w:rPr>
        <w:t>My Promise</w:t>
      </w:r>
    </w:p>
    <w:p xmlns:wp14="http://schemas.microsoft.com/office/word/2010/wordml" w14:paraId="7FFD0F07" wp14:textId="7CE612E3">
      <w:r w:rsidR="22EBE894">
        <w:rPr/>
        <w:t>I will be Ready, Respectful and Safe when I use technology.</w:t>
      </w:r>
    </w:p>
    <w:p xmlns:wp14="http://schemas.microsoft.com/office/word/2010/wordml" w14:paraId="14F9CCD8" wp14:textId="77777777">
      <w:r>
        <w:br/>
      </w:r>
      <w:r>
        <w:t>Name: _________________________</w:t>
      </w:r>
    </w:p>
    <w:p xmlns:wp14="http://schemas.microsoft.com/office/word/2010/wordml" w14:paraId="35F30C6B" wp14:textId="77777777">
      <w:r>
        <w:t>Class: ________________________</w:t>
      </w:r>
    </w:p>
    <w:p xmlns:wp14="http://schemas.microsoft.com/office/word/2010/wordml" w14:paraId="3546CD40" wp14:textId="77777777">
      <w:r>
        <w:t>Signature: ____________________</w:t>
      </w:r>
    </w:p>
    <w:p xmlns:wp14="http://schemas.microsoft.com/office/word/2010/wordml" w14:paraId="14B9B145" wp14:textId="77777777">
      <w:r>
        <w:t>Date: _________________________</w:t>
      </w:r>
    </w:p>
    <w:sectPr w:rsidRPr="0006063C" w:rsidR="00FC693F" w:rsidSect="00034616">
      <w:pgSz w:w="12240" w:h="15840" w:orient="portrait"/>
      <w:pgMar w:top="720" w:right="720" w:bottom="720" w:left="720" w:header="720" w:footer="720" w:gutter="0"/>
      <w:cols w:space="720"/>
      <w:docGrid w:linePitch="360"/>
      <w:pgBorders w:offsetFrom="page">
        <w:top w:val="single" w:color="000000" w:sz="18" w:space="24"/>
        <w:left w:val="single" w:color="000000" w:sz="18" w:space="24"/>
        <w:bottom w:val="single" w:color="000000" w:sz="18" w:space="24"/>
        <w:right w:val="single" w:color="000000" w:sz="18" w:space="24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2EBE894"/>
    <w:rsid w:val="5418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4CFED59D-75B7-40AF-8A86-D575B173BC3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Comic Sans MS" w:hAnsi="Comic Sans MS" w:eastAsia="Comic Sans M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image" Target="/media/image.png" Id="rId119138442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Hope (Windy Nook)</dc:creator>
  <keywords/>
  <dc:description>generated by python-docx</dc:description>
  <lastModifiedBy>Laura Hope (Windy Nook)</lastModifiedBy>
  <revision>2</revision>
  <dcterms:created xsi:type="dcterms:W3CDTF">2026-06-29T20:09:48.8774322Z</dcterms:created>
  <dcterms:modified xsi:type="dcterms:W3CDTF">2026-06-29T20:27:05.3156893Z</dcterms:modified>
  <category/>
</coreProperties>
</file>