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P="7A2EEDFD" w14:paraId="3E5B41CD" wp14:textId="3605322D">
      <w:pPr>
        <w:pStyle w:val="Normal"/>
        <w:jc w:val="center"/>
        <w:rPr>
          <w:b w:val="1"/>
          <w:bCs w:val="1"/>
          <w:sz w:val="20"/>
          <w:szCs w:val="20"/>
        </w:rPr>
      </w:pPr>
      <w:r w:rsidR="7A2EEDFD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5562AB3E" wp14:anchorId="0D527847">
            <wp:simplePos x="0" y="0"/>
            <wp:positionH relativeFrom="column">
              <wp:posOffset>5915025</wp:posOffset>
            </wp:positionH>
            <wp:positionV relativeFrom="paragraph">
              <wp:posOffset>-66675</wp:posOffset>
            </wp:positionV>
            <wp:extent cx="942975" cy="812015"/>
            <wp:effectExtent l="0" t="0" r="0" b="0"/>
            <wp:wrapNone/>
            <wp:docPr id="189194883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3847264" name="Picture 1033847264"/>
                    <pic:cNvPicPr/>
                  </pic:nvPicPr>
                  <pic:blipFill>
                    <a:blip xmlns:r="http://schemas.openxmlformats.org/officeDocument/2006/relationships" r:embed="rId626436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0" r="0" b="138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2975" cy="81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A2EEDFD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33CD1E17" wp14:editId="18ACB165">
            <wp:simplePos x="0" y="0"/>
            <wp:positionH relativeFrom="column">
              <wp:posOffset>38100</wp:posOffset>
            </wp:positionH>
            <wp:positionV relativeFrom="paragraph">
              <wp:posOffset>-38100</wp:posOffset>
            </wp:positionV>
            <wp:extent cx="942975" cy="812015"/>
            <wp:effectExtent l="0" t="0" r="0" b="0"/>
            <wp:wrapNone/>
            <wp:docPr id="3028205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3847264" name="Picture 1033847264"/>
                    <pic:cNvPicPr/>
                  </pic:nvPicPr>
                  <pic:blipFill>
                    <a:blip xmlns:r="http://schemas.openxmlformats.org/officeDocument/2006/relationships" r:embed="rId626436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0" r="0" b="138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2975" cy="81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A2EEDFD" w:rsidR="7A2EEDFD">
        <w:rPr>
          <w:b w:val="1"/>
          <w:bCs w:val="1"/>
          <w:sz w:val="20"/>
          <w:szCs w:val="20"/>
        </w:rPr>
        <w:t>Windy Nook Primary School</w:t>
      </w:r>
    </w:p>
    <w:p xmlns:wp14="http://schemas.microsoft.com/office/word/2010/wordml" w:rsidP="7A2EEDFD" w14:paraId="5FE934E6" wp14:textId="1267A3BA">
      <w:pPr>
        <w:pStyle w:val="Normal"/>
        <w:jc w:val="center"/>
        <w:rPr>
          <w:sz w:val="20"/>
          <w:szCs w:val="20"/>
        </w:rPr>
      </w:pPr>
      <w:r w:rsidRPr="7A2EEDFD" w:rsidR="7A2EEDFD">
        <w:rPr>
          <w:sz w:val="20"/>
          <w:szCs w:val="20"/>
        </w:rPr>
        <w:t>Key Stage 2 Acceptable Use Policy (AUP)</w:t>
      </w:r>
      <w:r>
        <w:br/>
      </w:r>
    </w:p>
    <w:p xmlns:wp14="http://schemas.microsoft.com/office/word/2010/wordml" w:rsidP="7A2EEDFD" w14:paraId="655E4FE7" wp14:textId="77777777">
      <w:pPr>
        <w:rPr>
          <w:sz w:val="20"/>
          <w:szCs w:val="20"/>
        </w:rPr>
      </w:pPr>
      <w:r w:rsidRPr="7A2EEDFD" w:rsidR="7A2EEDFD">
        <w:rPr>
          <w:sz w:val="20"/>
          <w:szCs w:val="20"/>
        </w:rPr>
        <w:t>Technology helps us to learn, create and communicate. Whenever we use computers, tablets or the internet, we will be Ready, Respectful and Safe.</w:t>
      </w:r>
    </w:p>
    <w:p xmlns:wp14="http://schemas.microsoft.com/office/word/2010/wordml" w:rsidP="7A2EEDFD" w14:paraId="5254774C" wp14:textId="77777777">
      <w:pPr>
        <w:rPr>
          <w:b w:val="1"/>
          <w:bCs w:val="1"/>
          <w:sz w:val="20"/>
          <w:szCs w:val="20"/>
        </w:rPr>
      </w:pPr>
      <w:r w:rsidRPr="7A2EEDFD" w:rsidR="7A2EEDFD">
        <w:rPr>
          <w:b w:val="1"/>
          <w:bCs w:val="1"/>
          <w:sz w:val="20"/>
          <w:szCs w:val="20"/>
        </w:rPr>
        <w:t>Be Ready</w:t>
      </w:r>
    </w:p>
    <w:p xmlns:wp14="http://schemas.microsoft.com/office/word/2010/wordml" w:rsidP="7A2EEDFD" w14:paraId="04E1B267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Use technology to help me learn.</w:t>
      </w:r>
    </w:p>
    <w:p xmlns:wp14="http://schemas.microsoft.com/office/word/2010/wordml" w:rsidP="7A2EEDFD" w14:paraId="5A84DCFC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Follow my teacher's instructions.</w:t>
      </w:r>
    </w:p>
    <w:p xmlns:wp14="http://schemas.microsoft.com/office/word/2010/wordml" w:rsidP="7A2EEDFD" w14:paraId="699C1150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Use my own login and keep my password private.</w:t>
      </w:r>
    </w:p>
    <w:p xmlns:wp14="http://schemas.microsoft.com/office/word/2010/wordml" w:rsidP="7A2EEDFD" w14:paraId="7AD351A3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Look after school equipment.</w:t>
      </w:r>
    </w:p>
    <w:p xmlns:wp14="http://schemas.microsoft.com/office/word/2010/wordml" w:rsidP="7A2EEDFD" w14:paraId="317C37CA" wp14:textId="77777777">
      <w:pPr>
        <w:rPr>
          <w:b w:val="1"/>
          <w:bCs w:val="1"/>
          <w:sz w:val="20"/>
          <w:szCs w:val="20"/>
        </w:rPr>
      </w:pPr>
      <w:r w:rsidRPr="7A2EEDFD" w:rsidR="7A2EEDFD">
        <w:rPr>
          <w:b w:val="1"/>
          <w:bCs w:val="1"/>
          <w:sz w:val="20"/>
          <w:szCs w:val="20"/>
        </w:rPr>
        <w:t>Be Respectful</w:t>
      </w:r>
    </w:p>
    <w:p xmlns:wp14="http://schemas.microsoft.com/office/word/2010/wordml" w:rsidP="7A2EEDFD" w14:paraId="4E541CFA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Be kind and respectful online.</w:t>
      </w:r>
    </w:p>
    <w:p xmlns:wp14="http://schemas.microsoft.com/office/word/2010/wordml" w:rsidP="7A2EEDFD" w14:paraId="4EDEEDFC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Respect other people's work and ideas.</w:t>
      </w:r>
    </w:p>
    <w:p xmlns:wp14="http://schemas.microsoft.com/office/word/2010/wordml" w:rsidP="7A2EEDFD" w14:paraId="7CB1AFC2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Ask permission before taking photos or videos.</w:t>
      </w:r>
    </w:p>
    <w:p xmlns:wp14="http://schemas.microsoft.com/office/word/2010/wordml" w:rsidP="7A2EEDFD" w14:paraId="7ED32D14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Use AI tools only if my teacher asks me to.</w:t>
      </w:r>
    </w:p>
    <w:p xmlns:wp14="http://schemas.microsoft.com/office/word/2010/wordml" w:rsidP="7A2EEDFD" w14:paraId="66C1B760" wp14:textId="77777777">
      <w:pPr>
        <w:rPr>
          <w:b w:val="1"/>
          <w:bCs w:val="1"/>
          <w:sz w:val="20"/>
          <w:szCs w:val="20"/>
        </w:rPr>
      </w:pPr>
      <w:r w:rsidRPr="7A2EEDFD" w:rsidR="7A2EEDFD">
        <w:rPr>
          <w:b w:val="1"/>
          <w:bCs w:val="1"/>
          <w:sz w:val="20"/>
          <w:szCs w:val="20"/>
        </w:rPr>
        <w:t>Be Safe</w:t>
      </w:r>
    </w:p>
    <w:p xmlns:wp14="http://schemas.microsoft.com/office/word/2010/wordml" w:rsidP="7A2EEDFD" w14:paraId="080A1D6A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Only use websites, apps and games approved by school.</w:t>
      </w:r>
    </w:p>
    <w:p xmlns:wp14="http://schemas.microsoft.com/office/word/2010/wordml" w:rsidP="7A2EEDFD" w14:paraId="3F327BFF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Keep my personal information private.</w:t>
      </w:r>
    </w:p>
    <w:p xmlns:wp14="http://schemas.microsoft.com/office/word/2010/wordml" w:rsidP="7A2EEDFD" w14:paraId="2CB087BD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Tell a trusted adult straight away if something online worries or upsets me.</w:t>
      </w:r>
    </w:p>
    <w:p xmlns:wp14="http://schemas.microsoft.com/office/word/2010/wordml" w:rsidP="7A2EEDFD" w14:paraId="33606EB4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Think before I click, download or share.</w:t>
      </w:r>
    </w:p>
    <w:p xmlns:wp14="http://schemas.microsoft.com/office/word/2010/wordml" w:rsidP="7A2EEDFD" w14:paraId="54E25FD8" wp14:textId="77777777">
      <w:pPr>
        <w:rPr>
          <w:b w:val="1"/>
          <w:bCs w:val="1"/>
          <w:sz w:val="20"/>
          <w:szCs w:val="20"/>
        </w:rPr>
      </w:pPr>
      <w:r w:rsidRPr="7A2EEDFD" w:rsidR="7A2EEDFD">
        <w:rPr>
          <w:b w:val="1"/>
          <w:bCs w:val="1"/>
          <w:sz w:val="20"/>
          <w:szCs w:val="20"/>
        </w:rPr>
        <w:t>I understand that:</w:t>
      </w:r>
    </w:p>
    <w:p xmlns:wp14="http://schemas.microsoft.com/office/word/2010/wordml" w:rsidP="7A2EEDFD" w14:paraId="3BCFC76B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My activity on school devices and the internet may be monitored using the school's online safety systems, including Impero.</w:t>
      </w:r>
    </w:p>
    <w:p xmlns:wp14="http://schemas.microsoft.com/office/word/2010/wordml" w:rsidP="7A2EEDFD" w14:paraId="000071E2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If I accidentally see something inappropriate, I will tell an adult immediately.</w:t>
      </w:r>
    </w:p>
    <w:p xmlns:wp14="http://schemas.microsoft.com/office/word/2010/wordml" w:rsidP="7A2EEDFD" w14:paraId="0F036AFB" wp14:textId="77777777">
      <w:pPr>
        <w:pStyle w:val="ListBullet"/>
        <w:rPr>
          <w:sz w:val="20"/>
          <w:szCs w:val="20"/>
        </w:rPr>
      </w:pPr>
      <w:r w:rsidRPr="7A2EEDFD" w:rsidR="7A2EEDFD">
        <w:rPr>
          <w:sz w:val="20"/>
          <w:szCs w:val="20"/>
        </w:rPr>
        <w:t>If I misuse technology or break this agreement, there will be consequences in line with the school's behaviour policy, and my parents or carers may be informed.</w:t>
      </w:r>
    </w:p>
    <w:p xmlns:wp14="http://schemas.microsoft.com/office/word/2010/wordml" w:rsidP="7A2EEDFD" w14:paraId="40509AB8" wp14:textId="77777777">
      <w:pPr>
        <w:rPr>
          <w:b w:val="1"/>
          <w:bCs w:val="1"/>
          <w:sz w:val="20"/>
          <w:szCs w:val="20"/>
        </w:rPr>
      </w:pPr>
      <w:r w:rsidRPr="7A2EEDFD" w:rsidR="7A2EEDFD">
        <w:rPr>
          <w:b w:val="1"/>
          <w:bCs w:val="1"/>
          <w:sz w:val="20"/>
          <w:szCs w:val="20"/>
        </w:rPr>
        <w:t>Pupil Agreement</w:t>
      </w:r>
    </w:p>
    <w:p xmlns:wp14="http://schemas.microsoft.com/office/word/2010/wordml" w:rsidP="7A2EEDFD" w14:paraId="08CC7E08" wp14:textId="77777777">
      <w:pPr>
        <w:rPr>
          <w:sz w:val="20"/>
          <w:szCs w:val="20"/>
        </w:rPr>
      </w:pPr>
      <w:r w:rsidRPr="7A2EEDFD" w:rsidR="7A2EEDFD">
        <w:rPr>
          <w:sz w:val="20"/>
          <w:szCs w:val="20"/>
        </w:rPr>
        <w:t>I have read and understood this agreement. I will use technology in a way that is Ready, Respectful and Safe.</w:t>
      </w:r>
    </w:p>
    <w:p xmlns:wp14="http://schemas.microsoft.com/office/word/2010/wordml" w:rsidP="7A2EEDFD" w14:paraId="32770A3F" wp14:textId="77777777">
      <w:pPr>
        <w:rPr>
          <w:sz w:val="20"/>
          <w:szCs w:val="20"/>
        </w:rPr>
      </w:pPr>
      <w:r>
        <w:br/>
      </w:r>
      <w:r w:rsidRPr="7A2EEDFD" w:rsidR="7A2EEDFD">
        <w:rPr>
          <w:sz w:val="20"/>
          <w:szCs w:val="20"/>
        </w:rPr>
        <w:t>Name: ________________________________</w:t>
      </w:r>
    </w:p>
    <w:p xmlns:wp14="http://schemas.microsoft.com/office/word/2010/wordml" w:rsidP="7A2EEDFD" w14:paraId="289C946B" wp14:textId="77777777">
      <w:pPr>
        <w:rPr>
          <w:sz w:val="20"/>
          <w:szCs w:val="20"/>
        </w:rPr>
      </w:pPr>
      <w:r w:rsidRPr="7A2EEDFD" w:rsidR="7A2EEDFD">
        <w:rPr>
          <w:sz w:val="20"/>
          <w:szCs w:val="20"/>
        </w:rPr>
        <w:t>Class: ________________________________</w:t>
      </w:r>
    </w:p>
    <w:p xmlns:wp14="http://schemas.microsoft.com/office/word/2010/wordml" w:rsidP="7A2EEDFD" w14:paraId="128CA685" wp14:textId="77777777">
      <w:pPr>
        <w:rPr>
          <w:sz w:val="20"/>
          <w:szCs w:val="20"/>
        </w:rPr>
      </w:pPr>
      <w:r w:rsidRPr="7A2EEDFD" w:rsidR="7A2EEDFD">
        <w:rPr>
          <w:sz w:val="20"/>
          <w:szCs w:val="20"/>
        </w:rPr>
        <w:t>Signature: ____________________________</w:t>
      </w:r>
    </w:p>
    <w:p xmlns:wp14="http://schemas.microsoft.com/office/word/2010/wordml" w:rsidP="7A2EEDFD" w14:paraId="3231E2FB" wp14:textId="77777777">
      <w:pPr>
        <w:rPr>
          <w:sz w:val="20"/>
          <w:szCs w:val="20"/>
        </w:rPr>
      </w:pPr>
      <w:r w:rsidRPr="7A2EEDFD" w:rsidR="7A2EEDFD">
        <w:rPr>
          <w:sz w:val="20"/>
          <w:szCs w:val="20"/>
        </w:rPr>
        <w:t>Date: ________________________________</w:t>
      </w:r>
    </w:p>
    <w:sectPr w:rsidRPr="0006063C" w:rsidR="00FC693F" w:rsidSect="00034616">
      <w:pgSz w:w="12240" w:h="15840" w:orient="portrait"/>
      <w:pgMar w:top="720" w:right="720" w:bottom="720" w:left="720" w:header="720" w:footer="720" w:gutter="0"/>
      <w:cols w:space="720"/>
      <w:docGrid w:linePitch="360"/>
      <w:pgBorders w:offsetFrom="page">
        <w:top w:val="single" w:color="000000" w:sz="18" w:space="24"/>
        <w:left w:val="single" w:color="000000" w:sz="18" w:space="24"/>
        <w:bottom w:val="single" w:color="000000" w:sz="18" w:space="24"/>
        <w:right w:val="single" w:color="000000" w:sz="18" w:space="2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C6809"/>
    <w:rsid w:val="00B47730"/>
    <w:rsid w:val="00CB0664"/>
    <w:rsid w:val="00FC693F"/>
    <w:rsid w:val="32C31D6E"/>
    <w:rsid w:val="7A2EEDFD"/>
    <w:rsid w:val="7B209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EAFBAA9-620C-4DBD-884B-3968AB735F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Comic Sans MS" w:hAnsi="Comic Sans MS" w:eastAsia="Comic Sans M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image" Target="/media/image.png" Id="rId6264363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Hope (Windy Nook)</dc:creator>
  <keywords/>
  <dc:description>generated by python-docx</dc:description>
  <lastModifiedBy>Laura Hope (Windy Nook)</lastModifiedBy>
  <revision>3</revision>
  <dcterms:created xsi:type="dcterms:W3CDTF">2026-06-29T20:06:40.1043664Z</dcterms:created>
  <dcterms:modified xsi:type="dcterms:W3CDTF">2026-06-29T20:22:14.9038297Z</dcterms:modified>
  <category/>
</coreProperties>
</file>